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ptos Display" w:hAnsi="Aptos Display"/>
          <w:b/>
          <w:color w:val="2F7880"/>
          <w:sz w:val="20"/>
        </w:rPr>
        <w:t>QUALITY LOGISTIC SOLUTIONS</w:t>
      </w:r>
    </w:p>
    <w:p>
      <w:pPr>
        <w:spacing w:after="20"/>
        <w:jc w:val="center"/>
      </w:pPr>
      <w:r>
        <w:rPr>
          <w:b/>
          <w:color w:val="5D6873"/>
          <w:sz w:val="15"/>
        </w:rPr>
        <w:t>THE LOGISTICS OF PEOPLE</w:t>
      </w:r>
    </w:p>
    <w:p>
      <w:pPr>
        <w:spacing w:after="20"/>
        <w:jc w:val="center"/>
      </w:pPr>
      <w:r>
        <w:rPr>
          <w:b/>
          <w:color w:val="23364D"/>
          <w:sz w:val="36"/>
        </w:rPr>
        <w:t>PROFESSIONAL RESUME TEMPLATE</w:t>
      </w:r>
    </w:p>
    <w:p>
      <w:pPr>
        <w:spacing w:after="160"/>
        <w:jc w:val="center"/>
      </w:pPr>
      <w:r>
        <w:rPr>
          <w:i/>
          <w:color w:val="5D6873"/>
          <w:sz w:val="16"/>
        </w:rPr>
        <w:t>Replace the prompts with your information. Remove any sections that do not apply.</w:t>
      </w:r>
    </w:p>
    <w:p>
      <w:pPr>
        <w:pStyle w:val="Heading1"/>
        <w:pBdr>
          <w:bottom w:val="single" w:sz="5" w:space="2" w:color="2F7880"/>
        </w:pBdr>
      </w:pPr>
      <w:r>
        <w:t>CONTACT INFORMATION</w:t>
      </w:r>
    </w:p>
    <w:p>
      <w:pPr>
        <w:jc w:val="center"/>
      </w:pPr>
      <w:r>
        <w:rPr>
          <w:b/>
          <w:color w:val="23364D"/>
          <w:sz w:val="32"/>
        </w:rPr>
        <w:t>[FULL NAME]</w:t>
      </w:r>
    </w:p>
    <w:p>
      <w:pPr>
        <w:jc w:val="center"/>
      </w:pPr>
      <w:r>
        <w:t>[City, State]  |  [Phone Number]  |  [Professional Email]  |  [LinkedIn URL or Portfolio, if applicable]</w:t>
      </w:r>
    </w:p>
    <w:p>
      <w:pPr>
        <w:pStyle w:val="Heading1"/>
        <w:pBdr>
          <w:bottom w:val="single" w:sz="5" w:space="2" w:color="2F7880"/>
        </w:pBdr>
      </w:pPr>
      <w:r>
        <w:t>PROFESSIONAL SUMMARY</w:t>
      </w:r>
    </w:p>
    <w:p>
      <w:pPr>
        <w:spacing w:after="40"/>
        <w:ind w:left="72"/>
      </w:pPr>
      <w:r>
        <w:rPr>
          <w:i/>
          <w:color w:val="5D6873"/>
          <w:sz w:val="18"/>
        </w:rPr>
        <w:t>[Write 3–4 concise sentences describing your experience, strongest qualifications, and the value you bring to an employer. Tailor this section to the position.]</w:t>
      </w:r>
    </w:p>
    <w:p>
      <w:pPr>
        <w:pStyle w:val="Heading1"/>
        <w:pBdr>
          <w:bottom w:val="single" w:sz="5" w:space="2" w:color="2F7880"/>
        </w:pBdr>
      </w:pPr>
      <w:r>
        <w:t>CORE SKILLS</w:t>
      </w:r>
    </w:p>
    <w:p>
      <w:pPr>
        <w:spacing w:after="40"/>
        <w:ind w:left="72"/>
      </w:pPr>
      <w:r>
        <w:rPr>
          <w:i/>
          <w:color w:val="5D6873"/>
          <w:sz w:val="18"/>
        </w:rPr>
        <w:t>[List 8–12 relevant skills. Use skills that match the job posting and that you can confidently demonstrate.]</w:t>
      </w:r>
    </w:p>
    <w:p>
      <w:r>
        <w:t xml:space="preserve"> [Skill]  •  [Skill]  •  [Skill]  •  [Skill]  •  [Skill]  •  [Skill]</w:t>
      </w:r>
    </w:p>
    <w:p>
      <w:r>
        <w:t xml:space="preserve"> [Skill]  •  [Skill]  •  [Skill]  •  [Skill]  •  [Skill]  •  [Skill]</w:t>
      </w:r>
    </w:p>
    <w:p>
      <w:pPr>
        <w:pStyle w:val="Heading1"/>
        <w:pBdr>
          <w:bottom w:val="single" w:sz="5" w:space="2" w:color="2F7880"/>
        </w:pBdr>
      </w:pPr>
      <w:r>
        <w:t>PROFESSIONAL EXPERIENCE</w:t>
      </w:r>
    </w:p>
    <w:p>
      <w:pPr>
        <w:spacing w:before="60" w:after="0"/>
      </w:pPr>
      <w:r>
        <w:rPr>
          <w:b/>
          <w:color w:val="23364D"/>
        </w:rPr>
        <w:t>[JOB TITLE]  |  [COMPANY NAME]</w:t>
      </w:r>
    </w:p>
    <w:p>
      <w:pPr>
        <w:spacing w:after="40"/>
      </w:pPr>
      <w:r>
        <w:rPr>
          <w:i/>
          <w:color w:val="5D6873"/>
          <w:sz w:val="17"/>
        </w:rPr>
        <w:t>[City, State]  |  [Month Year – Month Year or Present]</w:t>
      </w:r>
    </w:p>
    <w:p>
      <w:pPr>
        <w:pStyle w:val="ListBullet"/>
        <w:spacing w:after="20"/>
        <w:ind w:left="317" w:hanging="173"/>
      </w:pPr>
      <w:r>
        <w:rPr>
          <w:color w:val="5D6873"/>
          <w:sz w:val="17"/>
        </w:rPr>
        <w:t>[Describe a key responsibility, project, or contribution. Start with a strong action verb.]</w:t>
      </w:r>
    </w:p>
    <w:p>
      <w:pPr>
        <w:pStyle w:val="ListBullet"/>
        <w:spacing w:after="20"/>
        <w:ind w:left="317" w:hanging="173"/>
      </w:pPr>
      <w:r>
        <w:rPr>
          <w:color w:val="5D6873"/>
          <w:sz w:val="17"/>
        </w:rPr>
        <w:t>[Include a result or accomplishment when possible. Add numbers, time saved, quality, safety, or customer impact where relevant.]</w:t>
      </w:r>
    </w:p>
    <w:p>
      <w:pPr>
        <w:pStyle w:val="ListBullet"/>
        <w:spacing w:after="20"/>
        <w:ind w:left="317" w:hanging="173"/>
      </w:pPr>
      <w:r>
        <w:rPr>
          <w:color w:val="5D6873"/>
          <w:sz w:val="17"/>
        </w:rPr>
        <w:t>[Highlight tools, equipment, systems, or specialized skills relevant to the role.]</w:t>
      </w:r>
    </w:p>
    <w:p>
      <w:pPr>
        <w:spacing w:before="60" w:after="0"/>
      </w:pPr>
      <w:r>
        <w:rPr>
          <w:b/>
          <w:color w:val="23364D"/>
        </w:rPr>
        <w:t>[JOB TITLE]  |  [COMPANY NAME]</w:t>
      </w:r>
    </w:p>
    <w:p>
      <w:pPr>
        <w:spacing w:after="40"/>
      </w:pPr>
      <w:r>
        <w:rPr>
          <w:i/>
          <w:color w:val="5D6873"/>
          <w:sz w:val="17"/>
        </w:rPr>
        <w:t>[City, State]  |  [Month Year – Month Year or Present]</w:t>
      </w:r>
    </w:p>
    <w:p>
      <w:pPr>
        <w:pStyle w:val="ListBullet"/>
        <w:spacing w:after="20"/>
        <w:ind w:left="317" w:hanging="173"/>
      </w:pPr>
      <w:r>
        <w:rPr>
          <w:color w:val="5D6873"/>
          <w:sz w:val="17"/>
        </w:rPr>
        <w:t>[Describe a key responsibility, project, or contribution. Start with a strong action verb.]</w:t>
      </w:r>
    </w:p>
    <w:p>
      <w:pPr>
        <w:pStyle w:val="ListBullet"/>
        <w:spacing w:after="20"/>
        <w:ind w:left="317" w:hanging="173"/>
      </w:pPr>
      <w:r>
        <w:rPr>
          <w:color w:val="5D6873"/>
          <w:sz w:val="17"/>
        </w:rPr>
        <w:t>[Include a result or accomplishment when possible. Add numbers, time saved, quality, safety, or customer impact where relevant.]</w:t>
      </w:r>
    </w:p>
    <w:p>
      <w:pPr>
        <w:pStyle w:val="ListBullet"/>
        <w:spacing w:after="20"/>
        <w:ind w:left="317" w:hanging="173"/>
      </w:pPr>
      <w:r>
        <w:rPr>
          <w:color w:val="5D6873"/>
          <w:sz w:val="17"/>
        </w:rPr>
        <w:t>[Highlight tools, equipment, systems, or specialized skills relevant to the role.]</w:t>
      </w:r>
    </w:p>
    <w:p>
      <w:pPr>
        <w:spacing w:before="60" w:after="0"/>
      </w:pPr>
      <w:r>
        <w:rPr>
          <w:b/>
          <w:color w:val="23364D"/>
        </w:rPr>
        <w:t>[JOB TITLE]  |  [COMPANY NAME]</w:t>
      </w:r>
    </w:p>
    <w:p>
      <w:pPr>
        <w:spacing w:after="40"/>
      </w:pPr>
      <w:r>
        <w:rPr>
          <w:i/>
          <w:color w:val="5D6873"/>
          <w:sz w:val="17"/>
        </w:rPr>
        <w:t>[City, State]  |  [Month Year – Month Year or Present]</w:t>
      </w:r>
    </w:p>
    <w:p>
      <w:pPr>
        <w:pStyle w:val="ListBullet"/>
        <w:spacing w:after="20"/>
        <w:ind w:left="317" w:hanging="173"/>
      </w:pPr>
      <w:r>
        <w:rPr>
          <w:color w:val="5D6873"/>
          <w:sz w:val="17"/>
        </w:rPr>
        <w:t>[Describe a key responsibility, project, or contribution. Start with a strong action verb.]</w:t>
      </w:r>
    </w:p>
    <w:p>
      <w:pPr>
        <w:pStyle w:val="ListBullet"/>
        <w:spacing w:after="20"/>
        <w:ind w:left="317" w:hanging="173"/>
      </w:pPr>
      <w:r>
        <w:rPr>
          <w:color w:val="5D6873"/>
          <w:sz w:val="17"/>
        </w:rPr>
        <w:t>[Include a result or accomplishment when possible. Add numbers, time saved, quality, safety, or customer impact where relevant.]</w:t>
      </w:r>
    </w:p>
    <w:p>
      <w:pPr>
        <w:pStyle w:val="ListBullet"/>
        <w:spacing w:after="20"/>
        <w:ind w:left="317" w:hanging="173"/>
      </w:pPr>
      <w:r>
        <w:rPr>
          <w:color w:val="5D6873"/>
          <w:sz w:val="17"/>
        </w:rPr>
        <w:t>[Highlight tools, equipment, systems, or specialized skills relevant to the role.]</w:t>
      </w:r>
    </w:p>
    <w:p>
      <w:pPr>
        <w:pStyle w:val="Heading1"/>
        <w:pBdr>
          <w:bottom w:val="single" w:sz="5" w:space="2" w:color="2F7880"/>
        </w:pBdr>
      </w:pPr>
      <w:r>
        <w:t>EDUCATION</w:t>
      </w:r>
    </w:p>
    <w:p>
      <w:pPr>
        <w:spacing w:after="40"/>
        <w:ind w:left="72"/>
      </w:pPr>
      <w:r>
        <w:rPr>
          <w:i/>
          <w:color w:val="5D6873"/>
          <w:sz w:val="18"/>
        </w:rPr>
        <w:t>[School or institution]  |  [City, State]  |  [Degree, diploma, or program]  |  [Graduation year, if applicable]</w:t>
      </w:r>
    </w:p>
    <w:p>
      <w:pPr>
        <w:spacing w:after="40"/>
        <w:ind w:left="72"/>
      </w:pPr>
      <w:r>
        <w:rPr>
          <w:i/>
          <w:color w:val="5D6873"/>
          <w:sz w:val="18"/>
        </w:rPr>
        <w:t>[You may include relevant coursework, apprenticeships, trade programs, or other job-related training.]</w:t>
      </w:r>
    </w:p>
    <w:p>
      <w:pPr>
        <w:pStyle w:val="Heading1"/>
        <w:pBdr>
          <w:bottom w:val="single" w:sz="5" w:space="2" w:color="2F7880"/>
        </w:pBdr>
      </w:pPr>
      <w:r>
        <w:t>CERTIFICATIONS &amp; LICENSES</w:t>
      </w:r>
    </w:p>
    <w:p>
      <w:pPr>
        <w:spacing w:after="40"/>
        <w:ind w:left="72"/>
      </w:pPr>
      <w:r>
        <w:rPr>
          <w:i/>
          <w:color w:val="5D6873"/>
          <w:sz w:val="18"/>
        </w:rPr>
        <w:t>[Certification or license]  |  [Issuing organization]  |  [Expiration date, if applicable]</w:t>
      </w:r>
    </w:p>
    <w:p>
      <w:pPr>
        <w:spacing w:after="40"/>
        <w:ind w:left="72"/>
      </w:pPr>
      <w:r>
        <w:rPr>
          <w:i/>
          <w:color w:val="5D6873"/>
          <w:sz w:val="18"/>
        </w:rPr>
        <w:t>[Add additional credentials that are current and relevant to the position.]</w:t>
      </w:r>
    </w:p>
    <w:p>
      <w:pPr>
        <w:pStyle w:val="Heading1"/>
        <w:pBdr>
          <w:bottom w:val="single" w:sz="5" w:space="2" w:color="2F7880"/>
        </w:pBdr>
      </w:pPr>
      <w:r>
        <w:t>ADDITIONAL SKILLS &amp; INFORMATION</w:t>
      </w:r>
    </w:p>
    <w:p>
      <w:pPr>
        <w:spacing w:after="40"/>
        <w:ind w:left="72"/>
      </w:pPr>
      <w:r>
        <w:rPr>
          <w:i/>
          <w:color w:val="5D6873"/>
          <w:sz w:val="18"/>
        </w:rPr>
        <w:t>[Include relevant software, machinery, equipment, languages, safety training, or other qualifications.]</w:t>
      </w:r>
    </w:p>
    <w:p>
      <w:pPr>
        <w:spacing w:before="160"/>
        <w:jc w:val="center"/>
      </w:pPr>
      <w:r>
        <w:rPr>
          <w:b/>
          <w:color w:val="2F7880"/>
          <w:sz w:val="16"/>
        </w:rPr>
        <w:t>QLS • The Logistics of People</w:t>
      </w:r>
    </w:p>
    <w:sectPr w:rsidR="00FC693F" w:rsidRPr="0006063C" w:rsidSect="00034616">
      <w:headerReference w:type="first" r:id="rId10"/>
      <w:footerReference w:type="default" r:id="rId9"/>
      <w:footerReference w:type="first" r:id="rId11"/>
      <w:pgSz w:w="12240" w:h="15840"/>
      <w:pgMar w:top="792" w:right="1008" w:bottom="792" w:left="1008" w:header="360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6873"/>
        <w:sz w:val="14"/>
      </w:rPr>
      <w:t xml:space="preserve">Professional Resume Template  |  </w:t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6873"/>
        <w:sz w:val="14"/>
      </w:rPr>
      <w:t xml:space="preserve">Professional Resume Template  | 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410"/>
      <w:jc w:val="center"/>
    </w:pPr>
    <w:r>
      <w:drawing>
        <wp:inline distT="0" distB="0" distL="0" distR="0">
          <wp:extent cx="1143000" cy="469773"/>
          <wp:docPr id="1" name="QLS Interlock" descr="Quality Logistic Solutio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ls-interlock-navy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4697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74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64D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88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qls-interlock-navy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